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אצלנו בחצר – ארצות ושפות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ארצות ושפות ואת הקשר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הפועל מדבר/מדברת בהווה ואת מילת היחס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הרב-לשוניות בשיר אצלנו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־ית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באים מארצות שונות ומדברים בשפות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כינוי לעולם כולו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השפה נגזר משם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הפוך: רוסית היא השפה, ורוסי/רוסית הם בני הלאום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צורת הנקבה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השיר חוגג שפות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 יכולה לציין גם שפה וגם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כדור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ארץ ושפה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(צרפתית)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(אמהרית)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(אנגלית)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עם שם ארץ נכון ומילת היחס ב במקום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מילים נכונות עם תרגום הגיוני לשפה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במילת היחס ב לפני שפה או 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בצורת הפועל מדבר/מדברת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לרעיון השונות והשייכות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פעמיים: פעם ראשונה להאזנה חופשית ופעם שנייה לסימון המילים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ותלמידות לשתף שפות נוספות שהם מכירים מהבית כדי לחבר את התרגול לחוויה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ההשלמה לשים לב להתאמה בין מגדר הדובר לפועל מדבר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אצלנו בחצר – ארצות ושפות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שיר על חצר אחת שבה משחקים ילדים מארצות שונות. כל ילד מדבר בשפה אחרת. נלמד שמות של ארצות ושפות, ונלמד איך משתמשים במילה מדבר.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פתוח ליד הבית או בית הספר שבו משחקים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שבו גרים אנשים, כמו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אנשים מדברים, למשל עברית או צרפתית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מדבר / מדברת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שמתאר שמישהו משתמש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 / 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שאוהבים ומשחקים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כדור הארץ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לעולם כולו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 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שמתאר שמשהו שייך 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בדרך כלל נוצר שם של שפה משם של 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אומרים מדברת?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/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קטנה באה לפני שם 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בחצר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מדברים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באים מארצות שונות ומדברים בשפות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משחקים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לכדור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לעולם כולו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ארץ מסוימת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צרפתית היא השפה המדוברת בצרפת.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רוסי הוא שם של שפה ורוסית היא שם של לאום.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מדבר בגוף נקבה יחיד הוא מדברת.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אצלנו בחצר כל הילדים מדברים שפה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ב משמשת גם לפני שם ארץ, למשל יש לי חברה ברוסיה.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מדברים ספרדית.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המקום המשותף שבו ילדים משחקים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איך אומרים תודה __________ רוסית?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לי חברה __________ 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הילדים בעולם חיים יחד על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ארץ ושפה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אמהרית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אתיופיה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רוסית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בסגנון יש לי חבר או חברה ב... על חבר דמיוני מארץ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צרו מילון חצר קטן: כתבו 3 מילים בעברית ולצידן אותה מילה בשפה נוספת שאתם מכירים.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שלום בשפה אחת שלמדתם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המילה חבר או חברה ושם של ארץ.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הרגשתם כששמעתם את השיר אצלנו בחצר?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אצלנו בחצר – ארצות ושפות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